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110-inch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LYB110BSN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110-inch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110-inch LED panel (16:9), 2422 x 1362.5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1010 x 673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726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2487.6 x 1477.8 x 119.8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1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11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LYB110BSN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LYB110BSN 110-inch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