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85-inch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LYB85BSN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85-inch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85-inch LED panel (16:9), 1871.6 x 1052.9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781 x 520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433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1922.2 x 1141.9 x 92.5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8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8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LYB85BSN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LYB85BSN 85-inch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